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מבנה טיעון - הפסקה ארוכה יותר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חלקי הטיעון בטקסט: טענה, נימוקים, דוגמה והמלצה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קישור ולהבין את תפקידן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טיעון נגדי בעזרת מבנה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ההפסקה הגדולה צריכה להיות ארוכה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משחק תופסת שעוזר להתרכז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עשר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הטענה האישית נפתחת במילת לדעתי.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רק שני נימוקים - ראשית ושנית.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הדוגמה מספרת על חברה טובה שהוכרה במשחק כדור.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ההמלצה מבקשת להאריך את ההפסקה בעשר דקות.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מילת הקישור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חלק הטיעון למשפט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(ההפסקה הגדולה צריכה להיות ארוכה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(ילדים צריכים לזוז כדי להתרכז)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(בהפסקה מתחזקות חברויות)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(החברה הכי טובה שלי הוכרה במשחק כדור)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(להאריך את ההפסקה בעשר דקות)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חלקי הטיעון לפי הסדר שבו הם מופיעים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טענה: לדעתי ההפסקה צריכה להיות ארוכה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נימוק ראשון: ילדים צריכים לזוז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נימוק שני: מתחזקות חברויות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דוגמה: הכרת חברה טובה במשחק 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המלצה: להאריך את ההפסקה בעשר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טיעון נגדי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כתב טענה ברורה, שני נימוקים הגיוניים, דוגמה אחת לפחות ומשפט המלצה בסוף, תוך שימוש במילות קישור מתאימות.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הוא הסבר כללי, דוגמה היא מקרה מוחשי שממחיש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תלמידים יציינו מילה כמו ראשית, שנית או לכן ויסבירו שהיא מסמנת סדר או מסקנה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יזהה שההמלצה היא להאריך את ההפסקה הגדולה בעשר 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להדגיש בצבעים שונים את חלקי הטיעון בטקסט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שימוש במילות הקישור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בזיהוי הבסיסי של מבנה הטיעון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מבנה טיעון - הפסקה ארוכה יותר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קראנו טקסט טיעון קצר על ההפסקה הגדולה בבית הספר. בדף הזה נתרגל לזהות את חלקי הטיעון ואת מילות הקישור שמחברות ביניהם.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הטענה המרכזית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ההפסקה צריכה להיות קצרה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ההפסקה הגדולה צריכה להיות ארוכה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צריך לבטל הפסקות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צריך להוסיף 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מילת קישור פותחת את הנימוק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פותחת את ההמלצה בסוף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הדוגמה לנימוק הראשון, על הצורך לזוז?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 תופסת שעוזר להתרכז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הכרת חברה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 התעמלות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דקות מציע הכותב להוסיף להפסקה?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חמש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רבע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חצי שעה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הטענה בטקסט מופיעה במילים לדעתי.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בטקסט יש שלושה נימוקים לטענה.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הדוגמה השנייה בטקסט קשורה לחברות שנוצרת בהפסקה.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ההמלצה בטקסט מבקשת לקצר את ההפסקה.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מילת הקישור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__________, ילדים צריכים לזוז.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__________, בהפסקה מתחזקות חברויות.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כך __________, את החברה הכי טובה שלי הכרתי במשחק כדור.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__________, אני מציע/ה להאריך את ההפסקה הגדולה בעשר דקות.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את חלק הטיעון למשפט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בהפסקה מתחזקות חברויות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ההפסקה הגדולה צריכה להיות ארוכה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נימוק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החברה הכי טובה שלי הוכרה במשחק כדור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להאריך את ההפסקה בעשר דקות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המלצה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ילדים צריכים לזוז כדי להתרכז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חלקי הטיעון לפי הסדר שבו הם מופיעים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המלצה: להאריך את ההפסקה בעשר דקות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דוגמה: הכרת חברה טובה במשחק כדור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טענה: לדעתי ההפסקה צריכה להיות ארוכה 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שני: מתחזקות חברויות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ראשון: ילדים צריכים לזוז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טיעון נגדי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טיעון נגדי לטקסט - למה ההפסקה הגדולה צריכה להישאר כפי שהיא, או אפילו להתקצר. כללו טענה, שני נימוקים, דוגמה אחת והמלצה.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נימוק לדוגמה?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מילת קישור אחת שמופיעה בטקסט ומה תפקידה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ההמלצה שהכותב מציע בסוף הטקסט?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מבנה טיעון - הפסקה ארוכה יותר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