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כותבים טיעון – משכנעים בחוכמה 🗣️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מבנה טיעון - הפסקה ארוכה יותר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חלקי הטיעון בטקסט: טענה, נימוקים, דוגמה והמלצה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מילות קישור ולהבין את תפקידן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כתיבת טיעון נגדי בעזרת מבנה דומה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ההפסקה הגדולה צריכה להיות ארוכה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ראשית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לכן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משחק תופסת שעוזר להתרכז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עשר דקות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הטענה האישית נפתחת במילת לדעתי.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יש רק שני נימוקים - ראשית ושנית.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הדוגמה מספרת על חברה טובה שהוכרה במשחק כדור.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ההמלצה מבקשת להאריך את ההפסקה בעשר דקות.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מילת הקישור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ראשית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שנית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למשל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לכן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את חלק הטיעון למשפט מהטקסט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(ההפסקה הגדולה צריכה להיות ארוכה יותר)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ג (ילדים צריכים לזוז כדי להתרכז)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(בהפסקה מתחזקות חברויות)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(החברה הכי טובה שלי הוכרה במשחק כדור)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(להאריך את ההפסקה בעשר דקות)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חלקי הטיעון לפי הסדר שבו הם מופיעים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טענה: לדעתי ההפסקה צריכה להיות ארוכה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נימוק ראשון: ילדים צריכים לזוז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נימוק שני: מתחזקות חברויות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דוגמה: הכרת חברה טובה במשחק כדור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המלצה: להאריך את ההפסקה בעשר דקות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כתיבת טיעון נגדי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שהתלמיד כתב טענה ברורה, שני נימוקים הגיוניים, דוגמה אחת לפחות ומשפט המלצה בסוף, תוך שימוש במילות קישור מתאימות.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נימוק הוא הסבר כללי, דוגמה היא מקרה מוחשי שממחיש אותו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תלמידים יציינו מילה כמו ראשית, שנית או לכן ויסבירו שהיא מסמנת סדר או מסקנה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יזהה שההמלצה היא להאריך את ההפסקה הגדולה בעשר דקות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לבקש מהתלמידים להדגיש בצבעים שונים את חלקי הטיעון בטקסט לפני תחילת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לעודד שימוש במילות הקישור שנלמדו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לדלג על הפריטים המסומנים ולהתמקד בזיהוי הבסיסי של מבנה הטיעון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כותבים טיעון – משכנעים בחוכמה 🗣️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מבנה טיעון - הפסקה ארוכה יותר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יש טקסט קצר שמסביר למה ההפסקה צריכה להיות ארוכה יותר. נתרגל למצוא בטקסט את הטענה, הנימוקים והדוגמאות.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טיעון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כתיבה שמנסה לשכנע מישהו בדעה מסוימת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טענה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המשפט המרכזי שמביע את הדעה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נימוק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הסבר שתומך בטענה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דוגמה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מקרה אמיתי שממחיש את הנימוק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מילת קישור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מילה שמחברת בין חלקי הטיעון, כמו ראשית ולכן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המלצה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המשפט בסוף שמציע מה לעשות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טיעון נגדי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טיעון שמביע דעה הפוכה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הכותב חושב על ההפסקה?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ההפסקה צריכה להיות קצרה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ההפסקה הגדולה צריכה להיות ארוכה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צריך לבטל הפסקות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צריך להוסיף שיעור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איזו מילה מתחילה את הנימוק הראשון?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ראשית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למשל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איזו מילה פותחת את המשפט האחרון?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ראשית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לכן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למשל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סיפור קטן מראה שצריך לזוז?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משחק תופסת שעוזר להתרכז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הכרת חברה טובה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משחק כדורגל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שיעור התעמלות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כמה דקות רוצים להוסיף?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חמש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עשר דקות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רבע שעה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חצי שעה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הטענה בטקסט מופיעה במילים לדעתי.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בטקסט יש שלושה נימוקים לטענה.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הדוגמה השנייה בטקסט קשורה לחברות שנוצרת בהפסקה.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ההמלצה בטקסט מבקשת לקצר את ההפסקה.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מילת הקישור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__________, ילדים צריכים לזוז.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__________, בהפסקה מתחזקות חברויות.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כך __________, את החברה הכי טובה שלי הכרתי במשחק כדור.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__________, אני מציע/ה להאריך את ההפסקה הגדולה בעשר דקות.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את חלק הטיעון למשפט מהטקסט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טענה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להאריך את ההפסקה בעשר דקות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נימוק ראשון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בהפסקה מתחזקות חברויות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נימוק שני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ילדים צריכים לזוז כדי להתרכז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דוגמה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ההפסקה הגדולה צריכה להיות ארוכה יותר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המלצה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החברה הכי טובה שלי הוכרה במשחק כדור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חלקי הטיעון לפי הסדר שבו הם מופיעים בטקסט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נימוק ראשון: ילדים צריכים לזוז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המלצה: להאריך את ההפסקה בעשר דקות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דוגמה: הכרת חברה טובה במשחק כדור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נימוק שני: מתחזקות חברויות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טענה: לדעתי ההפסקה צריכה להיות ארוכה יותר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כתיבת טיעון נגדי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טיעון נגדי לטקסט - למה ההפסקה הגדולה צריכה להישאר כפי שהיא, או אפילו להתקצר. כללו טענה, שני נימוקים, דוגמה אחת והמלצה.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נימוק לדוגמה?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מילת קישור אחת שמופיעה בטקסט ומה תפקידה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ההמלצה שהכותב מציע בסוף הטקסט?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מבנה טיעון - הפסקה ארוכה יותר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